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346740" w14:textId="77777777" w:rsidR="001825E2" w:rsidRDefault="001825E2">
      <w:pPr>
        <w:spacing w:after="80"/>
        <w:rPr>
          <w:b/>
          <w:color w:val="138A8A"/>
          <w:sz w:val="18"/>
        </w:rPr>
      </w:pPr>
    </w:p>
    <w:p w14:paraId="36895766" w14:textId="77777777" w:rsidR="001825E2" w:rsidRDefault="001825E2" w:rsidP="001825E2">
      <w:pPr>
        <w:spacing w:after="80"/>
        <w:jc w:val="center"/>
        <w:rPr>
          <w:b/>
          <w:color w:val="138A8A"/>
          <w:sz w:val="18"/>
        </w:rPr>
      </w:pPr>
    </w:p>
    <w:p w14:paraId="52C21430" w14:textId="6B38A8CE" w:rsidR="001825E2" w:rsidRPr="001825E2" w:rsidRDefault="003F1D14" w:rsidP="001825E2">
      <w:pPr>
        <w:spacing w:after="80"/>
        <w:jc w:val="center"/>
        <w:rPr>
          <w:b/>
          <w:color w:val="138A8A"/>
          <w:sz w:val="18"/>
        </w:rPr>
      </w:pPr>
      <w:r>
        <w:rPr>
          <w:b/>
          <w:color w:val="138A8A"/>
          <w:sz w:val="18"/>
        </w:rPr>
        <w:t>TERMS OF REFERENCE</w:t>
      </w:r>
    </w:p>
    <w:p w14:paraId="500C9958" w14:textId="6ACC96C1" w:rsidR="001825E2" w:rsidRDefault="003F1D14" w:rsidP="001825E2">
      <w:pPr>
        <w:spacing w:after="240"/>
        <w:jc w:val="center"/>
        <w:rPr>
          <w:b/>
          <w:color w:val="17324D"/>
          <w:sz w:val="46"/>
        </w:rPr>
      </w:pPr>
      <w:r>
        <w:rPr>
          <w:b/>
          <w:color w:val="17324D"/>
          <w:sz w:val="46"/>
        </w:rPr>
        <w:t>SOUTH</w:t>
      </w:r>
      <w:r w:rsidR="00DA1DE4">
        <w:rPr>
          <w:b/>
          <w:color w:val="17324D"/>
          <w:sz w:val="46"/>
        </w:rPr>
        <w:t xml:space="preserve"> </w:t>
      </w:r>
      <w:r>
        <w:rPr>
          <w:b/>
          <w:color w:val="17324D"/>
          <w:sz w:val="46"/>
        </w:rPr>
        <w:t>EAST LEAD MEMBER NETWORK</w:t>
      </w:r>
    </w:p>
    <w:p w14:paraId="6B7EC362" w14:textId="77777777" w:rsidR="001825E2" w:rsidRPr="001825E2" w:rsidRDefault="001825E2" w:rsidP="001825E2">
      <w:pPr>
        <w:spacing w:after="240"/>
        <w:jc w:val="center"/>
        <w:rPr>
          <w:b/>
          <w:color w:val="17324D"/>
          <w:sz w:val="46"/>
        </w:rPr>
      </w:pPr>
    </w:p>
    <w:p w14:paraId="7E81B183" w14:textId="77777777" w:rsidR="00F83E55" w:rsidRDefault="003F1D14">
      <w:pPr>
        <w:spacing w:after="120" w:line="259" w:lineRule="auto"/>
      </w:pPr>
      <w:r>
        <w:rPr>
          <w:color w:val="344454"/>
        </w:rPr>
        <w:t>The SESLIP Programme Board agreed the development of a workstream to support the learning and development of lead members as part of the SESLIP Improvement Plan.</w:t>
      </w:r>
    </w:p>
    <w:p w14:paraId="5083F9CE" w14:textId="77777777" w:rsidR="00F83E55" w:rsidRDefault="003F1D14">
      <w:pPr>
        <w:spacing w:after="120" w:line="259" w:lineRule="auto"/>
      </w:pPr>
      <w:r>
        <w:rPr>
          <w:color w:val="344454"/>
        </w:rPr>
        <w:t>We recognise the wealth of experience, enthusiasm and talent of our lead members, and, as with our Directors of Children’s Services, the support of colleagues, and a safe environment to share ideas and learn from each other.</w:t>
      </w:r>
    </w:p>
    <w:p w14:paraId="7213408E" w14:textId="77777777" w:rsidR="00F83E55" w:rsidRDefault="003F1D14">
      <w:pPr>
        <w:spacing w:after="120" w:line="259" w:lineRule="auto"/>
        <w:rPr>
          <w:color w:val="344454"/>
        </w:rPr>
      </w:pPr>
      <w:r>
        <w:rPr>
          <w:color w:val="344454"/>
        </w:rPr>
        <w:t>The Lead Member network feeds into LGA national policy developments and assists in providing feedback and lobbying.</w:t>
      </w:r>
    </w:p>
    <w:p w14:paraId="08B28A2C" w14:textId="77777777" w:rsidR="001825E2" w:rsidRDefault="001825E2">
      <w:pPr>
        <w:spacing w:after="120" w:line="259" w:lineRule="auto"/>
      </w:pPr>
    </w:p>
    <w:tbl>
      <w:tblPr>
        <w:tblW w:w="0" w:type="auto"/>
        <w:jc w:val="center"/>
        <w:tblLayout w:type="fixed"/>
        <w:tblLook w:val="04A0" w:firstRow="1" w:lastRow="0" w:firstColumn="1" w:lastColumn="0" w:noHBand="0" w:noVBand="1"/>
      </w:tblPr>
      <w:tblGrid>
        <w:gridCol w:w="691"/>
        <w:gridCol w:w="9432"/>
      </w:tblGrid>
      <w:tr w:rsidR="00F83E55" w14:paraId="0CF7FAD2" w14:textId="77777777">
        <w:trPr>
          <w:jc w:val="center"/>
        </w:trPr>
        <w:tc>
          <w:tcPr>
            <w:tcW w:w="691" w:type="dxa"/>
            <w:shd w:val="clear" w:color="auto" w:fill="F0F6F7"/>
            <w:tcMar>
              <w:top w:w="100" w:type="dxa"/>
              <w:left w:w="130" w:type="dxa"/>
              <w:bottom w:w="100" w:type="dxa"/>
              <w:right w:w="130" w:type="dxa"/>
            </w:tcMar>
            <w:vAlign w:val="center"/>
          </w:tcPr>
          <w:p w14:paraId="67A076ED" w14:textId="77777777" w:rsidR="00F83E55" w:rsidRDefault="003F1D14">
            <w:pPr>
              <w:jc w:val="center"/>
            </w:pPr>
            <w:r>
              <w:rPr>
                <w:b/>
                <w:color w:val="138A8A"/>
                <w:sz w:val="22"/>
              </w:rPr>
              <w:t>1</w:t>
            </w:r>
          </w:p>
        </w:tc>
        <w:tc>
          <w:tcPr>
            <w:tcW w:w="9432" w:type="dxa"/>
            <w:shd w:val="clear" w:color="auto" w:fill="F0F6F7"/>
            <w:tcMar>
              <w:top w:w="100" w:type="dxa"/>
              <w:left w:w="130" w:type="dxa"/>
              <w:bottom w:w="100" w:type="dxa"/>
              <w:right w:w="130" w:type="dxa"/>
            </w:tcMar>
            <w:vAlign w:val="center"/>
          </w:tcPr>
          <w:p w14:paraId="11FF5F4E" w14:textId="77777777" w:rsidR="00F83E55" w:rsidRDefault="003F1D14">
            <w:pPr>
              <w:spacing w:line="259" w:lineRule="auto"/>
            </w:pPr>
            <w:r>
              <w:rPr>
                <w:sz w:val="19"/>
              </w:rPr>
              <w:t>This network comprises Lead Members for Children’s Services across the southeast region and those members who may hold roles such as lead for education or SEND. It provides an opportunity for in depth expert workshops, in addition to discussion around key issues in children’s services and the sharing of good practice.</w:t>
            </w:r>
          </w:p>
        </w:tc>
      </w:tr>
    </w:tbl>
    <w:p w14:paraId="205E08B5" w14:textId="77777777" w:rsidR="00F83E55" w:rsidRDefault="00F83E55">
      <w:pPr>
        <w:spacing w:after="40" w:line="40" w:lineRule="exact"/>
      </w:pPr>
    </w:p>
    <w:tbl>
      <w:tblPr>
        <w:tblW w:w="0" w:type="auto"/>
        <w:jc w:val="center"/>
        <w:tblLayout w:type="fixed"/>
        <w:tblLook w:val="04A0" w:firstRow="1" w:lastRow="0" w:firstColumn="1" w:lastColumn="0" w:noHBand="0" w:noVBand="1"/>
      </w:tblPr>
      <w:tblGrid>
        <w:gridCol w:w="691"/>
        <w:gridCol w:w="9432"/>
      </w:tblGrid>
      <w:tr w:rsidR="00F83E55" w14:paraId="20560E09" w14:textId="77777777">
        <w:trPr>
          <w:jc w:val="center"/>
        </w:trPr>
        <w:tc>
          <w:tcPr>
            <w:tcW w:w="691" w:type="dxa"/>
            <w:shd w:val="clear" w:color="auto" w:fill="F0F6F7"/>
            <w:tcMar>
              <w:top w:w="100" w:type="dxa"/>
              <w:left w:w="130" w:type="dxa"/>
              <w:bottom w:w="100" w:type="dxa"/>
              <w:right w:w="130" w:type="dxa"/>
            </w:tcMar>
            <w:vAlign w:val="center"/>
          </w:tcPr>
          <w:p w14:paraId="5280C6FE" w14:textId="77777777" w:rsidR="00F83E55" w:rsidRDefault="003F1D14">
            <w:pPr>
              <w:jc w:val="center"/>
            </w:pPr>
            <w:r>
              <w:rPr>
                <w:b/>
                <w:color w:val="138A8A"/>
                <w:sz w:val="22"/>
              </w:rPr>
              <w:t>2</w:t>
            </w:r>
          </w:p>
        </w:tc>
        <w:tc>
          <w:tcPr>
            <w:tcW w:w="9432" w:type="dxa"/>
            <w:shd w:val="clear" w:color="auto" w:fill="F0F6F7"/>
            <w:tcMar>
              <w:top w:w="100" w:type="dxa"/>
              <w:left w:w="130" w:type="dxa"/>
              <w:bottom w:w="100" w:type="dxa"/>
              <w:right w:w="130" w:type="dxa"/>
            </w:tcMar>
            <w:vAlign w:val="center"/>
          </w:tcPr>
          <w:p w14:paraId="315EE3CD" w14:textId="77777777" w:rsidR="00F83E55" w:rsidRDefault="003F1D14">
            <w:pPr>
              <w:spacing w:line="259" w:lineRule="auto"/>
            </w:pPr>
            <w:r>
              <w:rPr>
                <w:sz w:val="19"/>
              </w:rPr>
              <w:t>The meetings are held several times per year. Most meetings are online on Teams. It has been proposed that one meeting per year is held in person.  The meetings are in the diary through to the end of the municipal year. The Lead member network may meet with the Joint Chairs of the regional ADCS network as required.</w:t>
            </w:r>
          </w:p>
        </w:tc>
      </w:tr>
    </w:tbl>
    <w:p w14:paraId="20652B97" w14:textId="77777777" w:rsidR="00F83E55" w:rsidRDefault="00F83E55">
      <w:pPr>
        <w:spacing w:after="40" w:line="40" w:lineRule="exact"/>
      </w:pPr>
    </w:p>
    <w:tbl>
      <w:tblPr>
        <w:tblW w:w="0" w:type="auto"/>
        <w:jc w:val="center"/>
        <w:tblLayout w:type="fixed"/>
        <w:tblLook w:val="04A0" w:firstRow="1" w:lastRow="0" w:firstColumn="1" w:lastColumn="0" w:noHBand="0" w:noVBand="1"/>
      </w:tblPr>
      <w:tblGrid>
        <w:gridCol w:w="691"/>
        <w:gridCol w:w="9432"/>
      </w:tblGrid>
      <w:tr w:rsidR="00F83E55" w14:paraId="17E61943" w14:textId="77777777">
        <w:trPr>
          <w:jc w:val="center"/>
        </w:trPr>
        <w:tc>
          <w:tcPr>
            <w:tcW w:w="691" w:type="dxa"/>
            <w:shd w:val="clear" w:color="auto" w:fill="F0F6F7"/>
            <w:tcMar>
              <w:top w:w="100" w:type="dxa"/>
              <w:left w:w="130" w:type="dxa"/>
              <w:bottom w:w="100" w:type="dxa"/>
              <w:right w:w="130" w:type="dxa"/>
            </w:tcMar>
            <w:vAlign w:val="center"/>
          </w:tcPr>
          <w:p w14:paraId="6445FBCC" w14:textId="77777777" w:rsidR="00F83E55" w:rsidRDefault="003F1D14">
            <w:pPr>
              <w:jc w:val="center"/>
            </w:pPr>
            <w:r>
              <w:rPr>
                <w:b/>
                <w:color w:val="138A8A"/>
                <w:sz w:val="22"/>
              </w:rPr>
              <w:t>3</w:t>
            </w:r>
          </w:p>
        </w:tc>
        <w:tc>
          <w:tcPr>
            <w:tcW w:w="9432" w:type="dxa"/>
            <w:shd w:val="clear" w:color="auto" w:fill="F0F6F7"/>
            <w:tcMar>
              <w:top w:w="100" w:type="dxa"/>
              <w:left w:w="130" w:type="dxa"/>
              <w:bottom w:w="100" w:type="dxa"/>
              <w:right w:w="130" w:type="dxa"/>
            </w:tcMar>
            <w:vAlign w:val="center"/>
          </w:tcPr>
          <w:p w14:paraId="6BD9A6EF" w14:textId="77777777" w:rsidR="00F83E55" w:rsidRDefault="003F1D14">
            <w:pPr>
              <w:spacing w:line="259" w:lineRule="auto"/>
            </w:pPr>
            <w:r>
              <w:rPr>
                <w:sz w:val="19"/>
              </w:rPr>
              <w:t>The meeting is chaired by a Lead Member which is currently Cllr Prue Bray. There is a Vice Chair role which provides deputising capacity. This is currently held by Cllr Adam Price.</w:t>
            </w:r>
          </w:p>
        </w:tc>
      </w:tr>
    </w:tbl>
    <w:p w14:paraId="7163CB52" w14:textId="77777777" w:rsidR="00F83E55" w:rsidRDefault="00F83E55">
      <w:pPr>
        <w:spacing w:after="40" w:line="40" w:lineRule="exact"/>
      </w:pPr>
    </w:p>
    <w:tbl>
      <w:tblPr>
        <w:tblW w:w="0" w:type="auto"/>
        <w:jc w:val="center"/>
        <w:tblLayout w:type="fixed"/>
        <w:tblLook w:val="04A0" w:firstRow="1" w:lastRow="0" w:firstColumn="1" w:lastColumn="0" w:noHBand="0" w:noVBand="1"/>
      </w:tblPr>
      <w:tblGrid>
        <w:gridCol w:w="691"/>
        <w:gridCol w:w="9432"/>
      </w:tblGrid>
      <w:tr w:rsidR="00F83E55" w14:paraId="4E4D0D25" w14:textId="77777777">
        <w:trPr>
          <w:jc w:val="center"/>
        </w:trPr>
        <w:tc>
          <w:tcPr>
            <w:tcW w:w="691" w:type="dxa"/>
            <w:shd w:val="clear" w:color="auto" w:fill="F0F6F7"/>
            <w:tcMar>
              <w:top w:w="100" w:type="dxa"/>
              <w:left w:w="130" w:type="dxa"/>
              <w:bottom w:w="100" w:type="dxa"/>
              <w:right w:w="130" w:type="dxa"/>
            </w:tcMar>
            <w:vAlign w:val="center"/>
          </w:tcPr>
          <w:p w14:paraId="1C7BFA88" w14:textId="77777777" w:rsidR="00F83E55" w:rsidRDefault="003F1D14">
            <w:pPr>
              <w:jc w:val="center"/>
            </w:pPr>
            <w:r>
              <w:rPr>
                <w:b/>
                <w:color w:val="138A8A"/>
                <w:sz w:val="22"/>
              </w:rPr>
              <w:t>4</w:t>
            </w:r>
          </w:p>
        </w:tc>
        <w:tc>
          <w:tcPr>
            <w:tcW w:w="9432" w:type="dxa"/>
            <w:shd w:val="clear" w:color="auto" w:fill="F0F6F7"/>
            <w:tcMar>
              <w:top w:w="100" w:type="dxa"/>
              <w:left w:w="130" w:type="dxa"/>
              <w:bottom w:w="100" w:type="dxa"/>
              <w:right w:w="130" w:type="dxa"/>
            </w:tcMar>
            <w:vAlign w:val="center"/>
          </w:tcPr>
          <w:p w14:paraId="5B47030E" w14:textId="77777777" w:rsidR="00F83E55" w:rsidRDefault="003F1D14">
            <w:pPr>
              <w:spacing w:line="259" w:lineRule="auto"/>
            </w:pPr>
            <w:r>
              <w:rPr>
                <w:sz w:val="19"/>
              </w:rPr>
              <w:t>To ensure continuity in role, the position of Chair is held for a two-year period.</w:t>
            </w:r>
          </w:p>
        </w:tc>
      </w:tr>
    </w:tbl>
    <w:p w14:paraId="7CFE3535" w14:textId="77777777" w:rsidR="00F83E55" w:rsidRDefault="00F83E55">
      <w:pPr>
        <w:spacing w:after="40" w:line="40" w:lineRule="exact"/>
      </w:pPr>
    </w:p>
    <w:tbl>
      <w:tblPr>
        <w:tblW w:w="0" w:type="auto"/>
        <w:jc w:val="center"/>
        <w:tblLayout w:type="fixed"/>
        <w:tblLook w:val="04A0" w:firstRow="1" w:lastRow="0" w:firstColumn="1" w:lastColumn="0" w:noHBand="0" w:noVBand="1"/>
      </w:tblPr>
      <w:tblGrid>
        <w:gridCol w:w="691"/>
        <w:gridCol w:w="9432"/>
      </w:tblGrid>
      <w:tr w:rsidR="00F83E55" w14:paraId="155BF10E" w14:textId="77777777">
        <w:trPr>
          <w:jc w:val="center"/>
        </w:trPr>
        <w:tc>
          <w:tcPr>
            <w:tcW w:w="691" w:type="dxa"/>
            <w:shd w:val="clear" w:color="auto" w:fill="F0F6F7"/>
            <w:tcMar>
              <w:top w:w="100" w:type="dxa"/>
              <w:left w:w="130" w:type="dxa"/>
              <w:bottom w:w="100" w:type="dxa"/>
              <w:right w:w="130" w:type="dxa"/>
            </w:tcMar>
            <w:vAlign w:val="center"/>
          </w:tcPr>
          <w:p w14:paraId="3F4C1A41" w14:textId="77777777" w:rsidR="00F83E55" w:rsidRDefault="003F1D14">
            <w:pPr>
              <w:jc w:val="center"/>
            </w:pPr>
            <w:r>
              <w:rPr>
                <w:b/>
                <w:color w:val="138A8A"/>
                <w:sz w:val="22"/>
              </w:rPr>
              <w:t>5</w:t>
            </w:r>
          </w:p>
        </w:tc>
        <w:tc>
          <w:tcPr>
            <w:tcW w:w="9432" w:type="dxa"/>
            <w:shd w:val="clear" w:color="auto" w:fill="F0F6F7"/>
            <w:tcMar>
              <w:top w:w="100" w:type="dxa"/>
              <w:left w:w="130" w:type="dxa"/>
              <w:bottom w:w="100" w:type="dxa"/>
              <w:right w:w="130" w:type="dxa"/>
            </w:tcMar>
            <w:vAlign w:val="center"/>
          </w:tcPr>
          <w:p w14:paraId="65980DF2" w14:textId="77777777" w:rsidR="00F83E55" w:rsidRDefault="003F1D14">
            <w:pPr>
              <w:spacing w:line="259" w:lineRule="auto"/>
            </w:pPr>
            <w:r>
              <w:rPr>
                <w:sz w:val="19"/>
              </w:rPr>
              <w:t>Agendas and papers are sent out in advance of the meeting. A forward programme for the year is held which is based upon suggestions from members of the network. A succinct record of the meeting is taken.  In addition, papers and workshop slides are held on the SESLIP Lead member network page.</w:t>
            </w:r>
          </w:p>
        </w:tc>
      </w:tr>
    </w:tbl>
    <w:p w14:paraId="033B6E65" w14:textId="77777777" w:rsidR="00F83E55" w:rsidRDefault="00F83E55">
      <w:pPr>
        <w:spacing w:after="40" w:line="40" w:lineRule="exact"/>
      </w:pPr>
    </w:p>
    <w:tbl>
      <w:tblPr>
        <w:tblW w:w="0" w:type="auto"/>
        <w:jc w:val="center"/>
        <w:tblLayout w:type="fixed"/>
        <w:tblLook w:val="04A0" w:firstRow="1" w:lastRow="0" w:firstColumn="1" w:lastColumn="0" w:noHBand="0" w:noVBand="1"/>
      </w:tblPr>
      <w:tblGrid>
        <w:gridCol w:w="691"/>
        <w:gridCol w:w="9432"/>
      </w:tblGrid>
      <w:tr w:rsidR="00F83E55" w14:paraId="6ADDAAC8" w14:textId="77777777">
        <w:trPr>
          <w:jc w:val="center"/>
        </w:trPr>
        <w:tc>
          <w:tcPr>
            <w:tcW w:w="691" w:type="dxa"/>
            <w:shd w:val="clear" w:color="auto" w:fill="F0F6F7"/>
            <w:tcMar>
              <w:top w:w="100" w:type="dxa"/>
              <w:left w:w="130" w:type="dxa"/>
              <w:bottom w:w="100" w:type="dxa"/>
              <w:right w:w="130" w:type="dxa"/>
            </w:tcMar>
            <w:vAlign w:val="center"/>
          </w:tcPr>
          <w:p w14:paraId="1A06D709" w14:textId="77777777" w:rsidR="00F83E55" w:rsidRDefault="003F1D14">
            <w:pPr>
              <w:jc w:val="center"/>
            </w:pPr>
            <w:r>
              <w:rPr>
                <w:b/>
                <w:color w:val="138A8A"/>
                <w:sz w:val="22"/>
              </w:rPr>
              <w:t>6</w:t>
            </w:r>
          </w:p>
        </w:tc>
        <w:tc>
          <w:tcPr>
            <w:tcW w:w="9432" w:type="dxa"/>
            <w:shd w:val="clear" w:color="auto" w:fill="F0F6F7"/>
            <w:tcMar>
              <w:top w:w="100" w:type="dxa"/>
              <w:left w:w="130" w:type="dxa"/>
              <w:bottom w:w="100" w:type="dxa"/>
              <w:right w:w="130" w:type="dxa"/>
            </w:tcMar>
            <w:vAlign w:val="center"/>
          </w:tcPr>
          <w:p w14:paraId="13742C8C" w14:textId="77777777" w:rsidR="00F83E55" w:rsidRDefault="003F1D14">
            <w:pPr>
              <w:spacing w:line="259" w:lineRule="auto"/>
            </w:pPr>
            <w:r>
              <w:rPr>
                <w:sz w:val="19"/>
              </w:rPr>
              <w:t>A series of expert workshops are held on key themes and ensure an in-depth exploration of a key area of focus with guest speakers with topics chosen by the network reflecting the balance of issues across children’s services.</w:t>
            </w:r>
          </w:p>
        </w:tc>
      </w:tr>
    </w:tbl>
    <w:p w14:paraId="54EDB623" w14:textId="77777777" w:rsidR="00F83E55" w:rsidRDefault="00F83E55">
      <w:pPr>
        <w:spacing w:after="40" w:line="40" w:lineRule="exact"/>
      </w:pPr>
    </w:p>
    <w:tbl>
      <w:tblPr>
        <w:tblW w:w="0" w:type="auto"/>
        <w:jc w:val="center"/>
        <w:tblLayout w:type="fixed"/>
        <w:tblLook w:val="04A0" w:firstRow="1" w:lastRow="0" w:firstColumn="1" w:lastColumn="0" w:noHBand="0" w:noVBand="1"/>
      </w:tblPr>
      <w:tblGrid>
        <w:gridCol w:w="691"/>
        <w:gridCol w:w="9432"/>
      </w:tblGrid>
      <w:tr w:rsidR="00F83E55" w14:paraId="3C5A0520" w14:textId="77777777">
        <w:trPr>
          <w:jc w:val="center"/>
        </w:trPr>
        <w:tc>
          <w:tcPr>
            <w:tcW w:w="691" w:type="dxa"/>
            <w:shd w:val="clear" w:color="auto" w:fill="F0F6F7"/>
            <w:tcMar>
              <w:top w:w="100" w:type="dxa"/>
              <w:left w:w="130" w:type="dxa"/>
              <w:bottom w:w="100" w:type="dxa"/>
              <w:right w:w="130" w:type="dxa"/>
            </w:tcMar>
            <w:vAlign w:val="center"/>
          </w:tcPr>
          <w:p w14:paraId="3E7143BE" w14:textId="77777777" w:rsidR="00F83E55" w:rsidRDefault="003F1D14">
            <w:pPr>
              <w:jc w:val="center"/>
            </w:pPr>
            <w:r>
              <w:rPr>
                <w:b/>
                <w:color w:val="138A8A"/>
                <w:sz w:val="22"/>
              </w:rPr>
              <w:t>7</w:t>
            </w:r>
          </w:p>
        </w:tc>
        <w:tc>
          <w:tcPr>
            <w:tcW w:w="9432" w:type="dxa"/>
            <w:shd w:val="clear" w:color="auto" w:fill="F0F6F7"/>
            <w:tcMar>
              <w:top w:w="100" w:type="dxa"/>
              <w:left w:w="130" w:type="dxa"/>
              <w:bottom w:w="100" w:type="dxa"/>
              <w:right w:w="130" w:type="dxa"/>
            </w:tcMar>
            <w:vAlign w:val="center"/>
          </w:tcPr>
          <w:p w14:paraId="1A40A080" w14:textId="77777777" w:rsidR="00F83E55" w:rsidRDefault="003F1D14">
            <w:pPr>
              <w:spacing w:line="259" w:lineRule="auto"/>
            </w:pPr>
            <w:r>
              <w:rPr>
                <w:sz w:val="19"/>
              </w:rPr>
              <w:t>It is suggested that these terms of reference are reviewed on an annual basis.</w:t>
            </w:r>
          </w:p>
        </w:tc>
      </w:tr>
    </w:tbl>
    <w:p w14:paraId="6483600F" w14:textId="77777777" w:rsidR="003F1D14" w:rsidRDefault="003F1D14"/>
    <w:p w14:paraId="004B4CCE" w14:textId="62216EA1" w:rsidR="001825E2" w:rsidRPr="001825E2" w:rsidRDefault="001825E2" w:rsidP="001825E2">
      <w:pPr>
        <w:jc w:val="center"/>
      </w:pPr>
      <w:r>
        <w:t>August 2026</w:t>
      </w:r>
    </w:p>
    <w:sectPr w:rsidR="001825E2" w:rsidRPr="001825E2" w:rsidSect="00034616">
      <w:pgSz w:w="12240" w:h="15840"/>
      <w:pgMar w:top="893" w:right="1123" w:bottom="893"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55418254">
    <w:abstractNumId w:val="8"/>
  </w:num>
  <w:num w:numId="2" w16cid:durableId="1076247666">
    <w:abstractNumId w:val="6"/>
  </w:num>
  <w:num w:numId="3" w16cid:durableId="56974729">
    <w:abstractNumId w:val="5"/>
  </w:num>
  <w:num w:numId="4" w16cid:durableId="944767817">
    <w:abstractNumId w:val="4"/>
  </w:num>
  <w:num w:numId="5" w16cid:durableId="877821045">
    <w:abstractNumId w:val="7"/>
  </w:num>
  <w:num w:numId="6" w16cid:durableId="1328052864">
    <w:abstractNumId w:val="3"/>
  </w:num>
  <w:num w:numId="7" w16cid:durableId="824277942">
    <w:abstractNumId w:val="2"/>
  </w:num>
  <w:num w:numId="8" w16cid:durableId="106120483">
    <w:abstractNumId w:val="1"/>
  </w:num>
  <w:num w:numId="9" w16cid:durableId="50150776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1DDA"/>
    <w:rsid w:val="0015074B"/>
    <w:rsid w:val="001825E2"/>
    <w:rsid w:val="0029639D"/>
    <w:rsid w:val="00326F90"/>
    <w:rsid w:val="0050392D"/>
    <w:rsid w:val="00AA1D8D"/>
    <w:rsid w:val="00B47730"/>
    <w:rsid w:val="00CB0664"/>
    <w:rsid w:val="00DA1DE4"/>
    <w:rsid w:val="00F83E5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80DBAF"/>
  <w14:defaultImageDpi w14:val="300"/>
  <w15:docId w15:val="{D3510A0D-3383-334B-A303-DA8450C1C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Aptos" w:hAnsi="Aptos"/>
      <w:color w:val="2D3844"/>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312</Words>
  <Characters>1784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SOUTHEAST LEAD MEMBER NETWORK</dc:title>
  <dc:subject>TERMS OF REFERENCE</dc:subject>
  <dc:creator>python-docx</dc:creator>
  <cp:keywords/>
  <dc:description>generated by python-docx</dc:description>
  <cp:lastModifiedBy>Sophie Welch</cp:lastModifiedBy>
  <cp:revision>4</cp:revision>
  <dcterms:created xsi:type="dcterms:W3CDTF">2026-10-22T08:45:00Z</dcterms:created>
  <dcterms:modified xsi:type="dcterms:W3CDTF">2026-10-22T08:46:00Z</dcterms:modified>
  <cp:category/>
</cp:coreProperties>
</file>